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717B0" w14:textId="0B55F57C" w:rsidR="00154219" w:rsidRPr="006F50B1" w:rsidRDefault="00CF3D1E" w:rsidP="006F50B1">
      <w:pPr>
        <w:pStyle w:val="Heading1"/>
        <w:jc w:val="center"/>
        <w:rPr>
          <w:rFonts w:ascii="Times New Roman" w:hAnsi="Times New Roman" w:cs="Times New Roman"/>
          <w:color w:val="auto"/>
        </w:rPr>
      </w:pPr>
      <w:r w:rsidRPr="006F50B1">
        <w:rPr>
          <w:rFonts w:ascii="Times New Roman" w:hAnsi="Times New Roman" w:cs="Times New Roman"/>
          <w:color w:val="auto"/>
        </w:rPr>
        <w:t xml:space="preserve">Journal of </w:t>
      </w:r>
      <w:r w:rsidR="00C9415C" w:rsidRPr="006F50B1">
        <w:rPr>
          <w:rFonts w:ascii="Times New Roman" w:hAnsi="Times New Roman" w:cs="Times New Roman"/>
          <w:color w:val="auto"/>
        </w:rPr>
        <w:t>Geo Research</w:t>
      </w:r>
    </w:p>
    <w:p w14:paraId="4FD47FF2" w14:textId="77777777" w:rsidR="00154219" w:rsidRPr="00CF3D1E" w:rsidRDefault="00CF3D1E">
      <w:pPr>
        <w:pStyle w:val="Heading2"/>
        <w:rPr>
          <w:rFonts w:ascii="Times New Roman" w:hAnsi="Times New Roman" w:cs="Times New Roman"/>
          <w:color w:val="auto"/>
          <w:sz w:val="24"/>
          <w:szCs w:val="24"/>
        </w:rPr>
      </w:pPr>
      <w:r w:rsidRPr="00CF3D1E">
        <w:rPr>
          <w:rFonts w:ascii="Times New Roman" w:hAnsi="Times New Roman" w:cs="Times New Roman"/>
          <w:color w:val="auto"/>
          <w:sz w:val="24"/>
          <w:szCs w:val="24"/>
        </w:rPr>
        <w:t>Copyright Transfer and Author Agreement Form</w:t>
      </w:r>
    </w:p>
    <w:p w14:paraId="2A4B20A6" w14:textId="3796E25D" w:rsidR="00D26825" w:rsidRPr="00D26825" w:rsidRDefault="00D26825" w:rsidP="00C9415C">
      <w:pPr>
        <w:jc w:val="both"/>
        <w:rPr>
          <w:rFonts w:cs="Times New Roman"/>
          <w:shd w:val="clear" w:color="auto" w:fill="FFFFFF"/>
        </w:rPr>
      </w:pPr>
      <w:r w:rsidRPr="00D26825">
        <w:rPr>
          <w:rFonts w:cs="Times New Roman"/>
          <w:shd w:val="clear" w:color="auto" w:fill="FFFFFF"/>
        </w:rPr>
        <w:t xml:space="preserve">Before a manuscript can be published in the </w:t>
      </w:r>
      <w:r w:rsidRPr="00D26825">
        <w:rPr>
          <w:rFonts w:cs="Times New Roman"/>
          <w:b/>
          <w:bCs/>
          <w:shd w:val="clear" w:color="auto" w:fill="FFFFFF"/>
        </w:rPr>
        <w:t>Journal of Geo Research</w:t>
      </w:r>
      <w:r w:rsidRPr="00D26825">
        <w:rPr>
          <w:rFonts w:cs="Times New Roman"/>
          <w:shd w:val="clear" w:color="auto" w:fill="FFFFFF"/>
        </w:rPr>
        <w:t>, authors must submit a completed and signed Copyright Transfer and Author Agreement form. This requirement helps safeguard the legal rights associated with the work while upholding the journal’s standards of ethical scholarship and publication integrity.</w:t>
      </w:r>
    </w:p>
    <w:p w14:paraId="18964A85" w14:textId="77777777" w:rsidR="00154219" w:rsidRPr="006F50B1" w:rsidRDefault="00CF3D1E">
      <w:pPr>
        <w:rPr>
          <w:b/>
          <w:bCs/>
        </w:rPr>
      </w:pPr>
      <w:r w:rsidRPr="006F50B1">
        <w:rPr>
          <w:b/>
          <w:bCs/>
        </w:rPr>
        <w:t>Please provide the following details:</w:t>
      </w:r>
    </w:p>
    <w:p w14:paraId="58B5831E" w14:textId="77777777" w:rsidR="00154219" w:rsidRDefault="00CF3D1E">
      <w:r>
        <w:t>Article Title: ___________________________________________</w:t>
      </w:r>
    </w:p>
    <w:p w14:paraId="4673F595" w14:textId="77777777" w:rsidR="00154219" w:rsidRDefault="00CF3D1E">
      <w:r>
        <w:t>Name of Corresponding Author: ____________________________</w:t>
      </w:r>
    </w:p>
    <w:p w14:paraId="69A12D3E" w14:textId="77777777" w:rsidR="00154219" w:rsidRDefault="00CF3D1E">
      <w:r>
        <w:t>Affiliation: ____________________________________________</w:t>
      </w:r>
    </w:p>
    <w:p w14:paraId="675194BD" w14:textId="77777777" w:rsidR="00154219" w:rsidRDefault="00CF3D1E">
      <w:r>
        <w:t>Telephone No.: _________________________________________</w:t>
      </w:r>
    </w:p>
    <w:p w14:paraId="3FC4021C" w14:textId="77777777" w:rsidR="00154219" w:rsidRDefault="00CF3D1E">
      <w:r>
        <w:t>Email: _________________________________________________</w:t>
      </w:r>
    </w:p>
    <w:p w14:paraId="5D91B1C7" w14:textId="361B7B7D" w:rsidR="00154219" w:rsidRDefault="00CF3D1E">
      <w:r>
        <w:br/>
        <w:t>Author Details (in the order they appear in the manuscript):</w:t>
      </w:r>
    </w:p>
    <w:tbl>
      <w:tblPr>
        <w:tblStyle w:val="TableGrid"/>
        <w:tblW w:w="10052" w:type="dxa"/>
        <w:tblInd w:w="-162" w:type="dxa"/>
        <w:tblLook w:val="04A0" w:firstRow="1" w:lastRow="0" w:firstColumn="1" w:lastColumn="0" w:noHBand="0" w:noVBand="1"/>
      </w:tblPr>
      <w:tblGrid>
        <w:gridCol w:w="590"/>
        <w:gridCol w:w="2845"/>
        <w:gridCol w:w="1541"/>
        <w:gridCol w:w="1799"/>
        <w:gridCol w:w="1837"/>
        <w:gridCol w:w="1440"/>
      </w:tblGrid>
      <w:tr w:rsidR="00C9415C" w14:paraId="79879F4A" w14:textId="77777777" w:rsidTr="006F50B1">
        <w:trPr>
          <w:trHeight w:val="1404"/>
        </w:trPr>
        <w:tc>
          <w:tcPr>
            <w:tcW w:w="590" w:type="dxa"/>
          </w:tcPr>
          <w:p w14:paraId="5C4084B1" w14:textId="73F1552A" w:rsidR="00C9415C" w:rsidRPr="00C9415C" w:rsidRDefault="00C9415C" w:rsidP="00C9415C">
            <w:pPr>
              <w:spacing w:line="360" w:lineRule="auto"/>
              <w:jc w:val="center"/>
              <w:rPr>
                <w:b/>
                <w:bCs/>
              </w:rPr>
            </w:pPr>
            <w:r w:rsidRPr="00C9415C">
              <w:rPr>
                <w:b/>
                <w:bCs/>
              </w:rPr>
              <w:t>Sl. No.</w:t>
            </w:r>
          </w:p>
        </w:tc>
        <w:tc>
          <w:tcPr>
            <w:tcW w:w="2845" w:type="dxa"/>
          </w:tcPr>
          <w:p w14:paraId="3FF23299" w14:textId="731DE0A8" w:rsidR="00C9415C" w:rsidRPr="00C9415C" w:rsidRDefault="00C9415C" w:rsidP="00C9415C">
            <w:pPr>
              <w:spacing w:line="360" w:lineRule="auto"/>
              <w:jc w:val="center"/>
              <w:rPr>
                <w:b/>
                <w:bCs/>
              </w:rPr>
            </w:pPr>
            <w:r w:rsidRPr="00C9415C">
              <w:rPr>
                <w:b/>
                <w:bCs/>
              </w:rPr>
              <w:t>Name</w:t>
            </w:r>
          </w:p>
        </w:tc>
        <w:tc>
          <w:tcPr>
            <w:tcW w:w="1541" w:type="dxa"/>
          </w:tcPr>
          <w:p w14:paraId="498BF89D" w14:textId="716FDC8E" w:rsidR="00C9415C" w:rsidRPr="00C9415C" w:rsidRDefault="00C9415C" w:rsidP="00C9415C">
            <w:pPr>
              <w:spacing w:line="360" w:lineRule="auto"/>
              <w:jc w:val="center"/>
              <w:rPr>
                <w:b/>
                <w:bCs/>
              </w:rPr>
            </w:pPr>
            <w:r w:rsidRPr="00C9415C">
              <w:rPr>
                <w:b/>
                <w:bCs/>
              </w:rPr>
              <w:t>Mobile No.</w:t>
            </w:r>
          </w:p>
        </w:tc>
        <w:tc>
          <w:tcPr>
            <w:tcW w:w="1799" w:type="dxa"/>
          </w:tcPr>
          <w:p w14:paraId="19CD817E" w14:textId="715A8268" w:rsidR="00C9415C" w:rsidRPr="00C9415C" w:rsidRDefault="00C9415C" w:rsidP="00C9415C">
            <w:pPr>
              <w:spacing w:line="360" w:lineRule="auto"/>
              <w:jc w:val="center"/>
              <w:rPr>
                <w:b/>
                <w:bCs/>
              </w:rPr>
            </w:pPr>
            <w:r w:rsidRPr="00C9415C">
              <w:rPr>
                <w:b/>
                <w:bCs/>
              </w:rPr>
              <w:t>Affiliation</w:t>
            </w:r>
          </w:p>
        </w:tc>
        <w:tc>
          <w:tcPr>
            <w:tcW w:w="1837" w:type="dxa"/>
          </w:tcPr>
          <w:p w14:paraId="7BED8C2C" w14:textId="23053C3C" w:rsidR="00C9415C" w:rsidRPr="00C9415C" w:rsidRDefault="00C9415C" w:rsidP="00C9415C">
            <w:pPr>
              <w:spacing w:line="360" w:lineRule="auto"/>
              <w:jc w:val="center"/>
              <w:rPr>
                <w:b/>
                <w:bCs/>
              </w:rPr>
            </w:pPr>
            <w:r w:rsidRPr="00C9415C">
              <w:rPr>
                <w:b/>
                <w:bCs/>
              </w:rPr>
              <w:t>Email Address</w:t>
            </w:r>
          </w:p>
        </w:tc>
        <w:tc>
          <w:tcPr>
            <w:tcW w:w="1440" w:type="dxa"/>
          </w:tcPr>
          <w:p w14:paraId="6327662C" w14:textId="64FD44EA" w:rsidR="00C9415C" w:rsidRPr="00C9415C" w:rsidRDefault="00C9415C" w:rsidP="00C9415C">
            <w:pPr>
              <w:spacing w:line="360" w:lineRule="auto"/>
              <w:jc w:val="center"/>
              <w:rPr>
                <w:b/>
                <w:bCs/>
              </w:rPr>
            </w:pPr>
            <w:r w:rsidRPr="00C9415C">
              <w:rPr>
                <w:b/>
                <w:bCs/>
              </w:rPr>
              <w:t>Signature</w:t>
            </w:r>
          </w:p>
        </w:tc>
      </w:tr>
      <w:tr w:rsidR="00C9415C" w14:paraId="29D5E376" w14:textId="77777777" w:rsidTr="006F50B1">
        <w:trPr>
          <w:trHeight w:val="702"/>
        </w:trPr>
        <w:tc>
          <w:tcPr>
            <w:tcW w:w="590" w:type="dxa"/>
          </w:tcPr>
          <w:p w14:paraId="1F935004" w14:textId="47A8E27F" w:rsidR="00C9415C" w:rsidRDefault="00C9415C" w:rsidP="00C9415C">
            <w:pPr>
              <w:spacing w:line="360" w:lineRule="auto"/>
            </w:pPr>
            <w:r>
              <w:t>1</w:t>
            </w:r>
          </w:p>
        </w:tc>
        <w:tc>
          <w:tcPr>
            <w:tcW w:w="2845" w:type="dxa"/>
          </w:tcPr>
          <w:p w14:paraId="62F6DD01" w14:textId="6EB48D08" w:rsidR="00C9415C" w:rsidRDefault="00C9415C" w:rsidP="00C9415C">
            <w:pPr>
              <w:spacing w:line="360" w:lineRule="auto"/>
            </w:pPr>
          </w:p>
        </w:tc>
        <w:tc>
          <w:tcPr>
            <w:tcW w:w="1541" w:type="dxa"/>
          </w:tcPr>
          <w:p w14:paraId="33896AC5" w14:textId="77777777" w:rsidR="00C9415C" w:rsidRDefault="00C9415C" w:rsidP="00C9415C">
            <w:pPr>
              <w:spacing w:line="360" w:lineRule="auto"/>
            </w:pPr>
          </w:p>
        </w:tc>
        <w:tc>
          <w:tcPr>
            <w:tcW w:w="1799" w:type="dxa"/>
          </w:tcPr>
          <w:p w14:paraId="39D1E7A0" w14:textId="77777777" w:rsidR="00C9415C" w:rsidRDefault="00C9415C" w:rsidP="00C9415C">
            <w:pPr>
              <w:spacing w:line="360" w:lineRule="auto"/>
            </w:pPr>
          </w:p>
        </w:tc>
        <w:tc>
          <w:tcPr>
            <w:tcW w:w="1837" w:type="dxa"/>
          </w:tcPr>
          <w:p w14:paraId="44AFB9B8" w14:textId="77777777" w:rsidR="00C9415C" w:rsidRDefault="00C9415C" w:rsidP="00C9415C">
            <w:pPr>
              <w:spacing w:line="360" w:lineRule="auto"/>
            </w:pPr>
          </w:p>
        </w:tc>
        <w:tc>
          <w:tcPr>
            <w:tcW w:w="1440" w:type="dxa"/>
          </w:tcPr>
          <w:p w14:paraId="2474A475" w14:textId="77777777" w:rsidR="00C9415C" w:rsidRDefault="00C9415C" w:rsidP="00C9415C">
            <w:pPr>
              <w:spacing w:line="360" w:lineRule="auto"/>
            </w:pPr>
          </w:p>
        </w:tc>
      </w:tr>
      <w:tr w:rsidR="00C9415C" w14:paraId="0D2A6FEB" w14:textId="77777777" w:rsidTr="006F50B1">
        <w:trPr>
          <w:trHeight w:val="686"/>
        </w:trPr>
        <w:tc>
          <w:tcPr>
            <w:tcW w:w="590" w:type="dxa"/>
          </w:tcPr>
          <w:p w14:paraId="2FFB9969" w14:textId="3505ED24" w:rsidR="00C9415C" w:rsidRDefault="00C9415C" w:rsidP="00C9415C">
            <w:pPr>
              <w:spacing w:line="360" w:lineRule="auto"/>
            </w:pPr>
            <w:r>
              <w:t>2</w:t>
            </w:r>
          </w:p>
        </w:tc>
        <w:tc>
          <w:tcPr>
            <w:tcW w:w="2845" w:type="dxa"/>
          </w:tcPr>
          <w:p w14:paraId="0D84003C" w14:textId="0D2A6F46" w:rsidR="00C9415C" w:rsidRDefault="00C9415C" w:rsidP="00C9415C">
            <w:pPr>
              <w:spacing w:line="360" w:lineRule="auto"/>
            </w:pPr>
          </w:p>
        </w:tc>
        <w:tc>
          <w:tcPr>
            <w:tcW w:w="1541" w:type="dxa"/>
          </w:tcPr>
          <w:p w14:paraId="1C09B386" w14:textId="77777777" w:rsidR="00C9415C" w:rsidRDefault="00C9415C" w:rsidP="00C9415C">
            <w:pPr>
              <w:spacing w:line="360" w:lineRule="auto"/>
            </w:pPr>
          </w:p>
        </w:tc>
        <w:tc>
          <w:tcPr>
            <w:tcW w:w="1799" w:type="dxa"/>
          </w:tcPr>
          <w:p w14:paraId="3B38D839" w14:textId="77777777" w:rsidR="00C9415C" w:rsidRDefault="00C9415C" w:rsidP="00C9415C">
            <w:pPr>
              <w:spacing w:line="360" w:lineRule="auto"/>
            </w:pPr>
          </w:p>
        </w:tc>
        <w:tc>
          <w:tcPr>
            <w:tcW w:w="1837" w:type="dxa"/>
          </w:tcPr>
          <w:p w14:paraId="0ECBD38F" w14:textId="77777777" w:rsidR="00C9415C" w:rsidRDefault="00C9415C" w:rsidP="00C9415C">
            <w:pPr>
              <w:spacing w:line="360" w:lineRule="auto"/>
            </w:pPr>
          </w:p>
        </w:tc>
        <w:tc>
          <w:tcPr>
            <w:tcW w:w="1440" w:type="dxa"/>
          </w:tcPr>
          <w:p w14:paraId="3C7FC80D" w14:textId="77777777" w:rsidR="00C9415C" w:rsidRDefault="00C9415C" w:rsidP="00C9415C">
            <w:pPr>
              <w:spacing w:line="360" w:lineRule="auto"/>
            </w:pPr>
          </w:p>
        </w:tc>
      </w:tr>
      <w:tr w:rsidR="00C9415C" w14:paraId="7376E0BB" w14:textId="77777777" w:rsidTr="006F50B1">
        <w:trPr>
          <w:trHeight w:val="702"/>
        </w:trPr>
        <w:tc>
          <w:tcPr>
            <w:tcW w:w="590" w:type="dxa"/>
          </w:tcPr>
          <w:p w14:paraId="1E0ECA02" w14:textId="3F675119" w:rsidR="00C9415C" w:rsidRDefault="00C9415C" w:rsidP="00C9415C">
            <w:pPr>
              <w:spacing w:line="360" w:lineRule="auto"/>
            </w:pPr>
            <w:r>
              <w:t>3</w:t>
            </w:r>
          </w:p>
        </w:tc>
        <w:tc>
          <w:tcPr>
            <w:tcW w:w="2845" w:type="dxa"/>
          </w:tcPr>
          <w:p w14:paraId="30145201" w14:textId="0FE9F954" w:rsidR="00C9415C" w:rsidRDefault="00C9415C" w:rsidP="00C9415C">
            <w:pPr>
              <w:spacing w:line="360" w:lineRule="auto"/>
            </w:pPr>
          </w:p>
        </w:tc>
        <w:tc>
          <w:tcPr>
            <w:tcW w:w="1541" w:type="dxa"/>
          </w:tcPr>
          <w:p w14:paraId="169ABCB8" w14:textId="77777777" w:rsidR="00C9415C" w:rsidRDefault="00C9415C" w:rsidP="00C9415C">
            <w:pPr>
              <w:spacing w:line="360" w:lineRule="auto"/>
            </w:pPr>
          </w:p>
        </w:tc>
        <w:tc>
          <w:tcPr>
            <w:tcW w:w="1799" w:type="dxa"/>
          </w:tcPr>
          <w:p w14:paraId="494695D7" w14:textId="77777777" w:rsidR="00C9415C" w:rsidRDefault="00C9415C" w:rsidP="00C9415C">
            <w:pPr>
              <w:spacing w:line="360" w:lineRule="auto"/>
            </w:pPr>
          </w:p>
        </w:tc>
        <w:tc>
          <w:tcPr>
            <w:tcW w:w="1837" w:type="dxa"/>
          </w:tcPr>
          <w:p w14:paraId="33EF3F62" w14:textId="77777777" w:rsidR="00C9415C" w:rsidRDefault="00C9415C" w:rsidP="00C9415C">
            <w:pPr>
              <w:spacing w:line="360" w:lineRule="auto"/>
            </w:pPr>
          </w:p>
        </w:tc>
        <w:tc>
          <w:tcPr>
            <w:tcW w:w="1440" w:type="dxa"/>
          </w:tcPr>
          <w:p w14:paraId="7C5F6A1D" w14:textId="77777777" w:rsidR="00C9415C" w:rsidRDefault="00C9415C" w:rsidP="00C9415C">
            <w:pPr>
              <w:spacing w:line="360" w:lineRule="auto"/>
            </w:pPr>
          </w:p>
        </w:tc>
      </w:tr>
      <w:tr w:rsidR="00C9415C" w14:paraId="09DC1B57" w14:textId="77777777" w:rsidTr="006F50B1">
        <w:trPr>
          <w:trHeight w:val="702"/>
        </w:trPr>
        <w:tc>
          <w:tcPr>
            <w:tcW w:w="590" w:type="dxa"/>
          </w:tcPr>
          <w:p w14:paraId="1652194F" w14:textId="799F0FCF" w:rsidR="00C9415C" w:rsidRDefault="00C9415C" w:rsidP="00C9415C">
            <w:pPr>
              <w:spacing w:line="360" w:lineRule="auto"/>
            </w:pPr>
            <w:r>
              <w:t>4</w:t>
            </w:r>
          </w:p>
        </w:tc>
        <w:tc>
          <w:tcPr>
            <w:tcW w:w="2845" w:type="dxa"/>
          </w:tcPr>
          <w:p w14:paraId="32984C10" w14:textId="29D9745F" w:rsidR="00C9415C" w:rsidRDefault="00C9415C" w:rsidP="00C9415C">
            <w:pPr>
              <w:spacing w:line="360" w:lineRule="auto"/>
            </w:pPr>
          </w:p>
        </w:tc>
        <w:tc>
          <w:tcPr>
            <w:tcW w:w="1541" w:type="dxa"/>
          </w:tcPr>
          <w:p w14:paraId="17AACB78" w14:textId="77777777" w:rsidR="00C9415C" w:rsidRDefault="00C9415C" w:rsidP="00C9415C">
            <w:pPr>
              <w:spacing w:line="360" w:lineRule="auto"/>
            </w:pPr>
          </w:p>
        </w:tc>
        <w:tc>
          <w:tcPr>
            <w:tcW w:w="1799" w:type="dxa"/>
          </w:tcPr>
          <w:p w14:paraId="0E4C8347" w14:textId="77777777" w:rsidR="00C9415C" w:rsidRDefault="00C9415C" w:rsidP="00C9415C">
            <w:pPr>
              <w:spacing w:line="360" w:lineRule="auto"/>
            </w:pPr>
          </w:p>
        </w:tc>
        <w:tc>
          <w:tcPr>
            <w:tcW w:w="1837" w:type="dxa"/>
          </w:tcPr>
          <w:p w14:paraId="2854F59D" w14:textId="77777777" w:rsidR="00C9415C" w:rsidRDefault="00C9415C" w:rsidP="00C9415C">
            <w:pPr>
              <w:spacing w:line="360" w:lineRule="auto"/>
            </w:pPr>
          </w:p>
        </w:tc>
        <w:tc>
          <w:tcPr>
            <w:tcW w:w="1440" w:type="dxa"/>
          </w:tcPr>
          <w:p w14:paraId="5E5F5210" w14:textId="77777777" w:rsidR="00C9415C" w:rsidRDefault="00C9415C" w:rsidP="00C9415C">
            <w:pPr>
              <w:spacing w:line="360" w:lineRule="auto"/>
            </w:pPr>
          </w:p>
        </w:tc>
      </w:tr>
      <w:tr w:rsidR="00C9415C" w14:paraId="54244F4D" w14:textId="77777777" w:rsidTr="006F50B1">
        <w:trPr>
          <w:trHeight w:val="702"/>
        </w:trPr>
        <w:tc>
          <w:tcPr>
            <w:tcW w:w="590" w:type="dxa"/>
          </w:tcPr>
          <w:p w14:paraId="7861F47A" w14:textId="100315D7" w:rsidR="00C9415C" w:rsidRDefault="00C9415C" w:rsidP="00C9415C">
            <w:pPr>
              <w:spacing w:line="360" w:lineRule="auto"/>
            </w:pPr>
            <w:r>
              <w:t>5</w:t>
            </w:r>
          </w:p>
        </w:tc>
        <w:tc>
          <w:tcPr>
            <w:tcW w:w="2845" w:type="dxa"/>
          </w:tcPr>
          <w:p w14:paraId="60ECE40E" w14:textId="77777777" w:rsidR="00C9415C" w:rsidRDefault="00C9415C" w:rsidP="00C9415C">
            <w:pPr>
              <w:spacing w:line="360" w:lineRule="auto"/>
            </w:pPr>
          </w:p>
        </w:tc>
        <w:tc>
          <w:tcPr>
            <w:tcW w:w="1541" w:type="dxa"/>
          </w:tcPr>
          <w:p w14:paraId="7AF5D11D" w14:textId="77777777" w:rsidR="00C9415C" w:rsidRDefault="00C9415C" w:rsidP="00C9415C">
            <w:pPr>
              <w:spacing w:line="360" w:lineRule="auto"/>
            </w:pPr>
          </w:p>
        </w:tc>
        <w:tc>
          <w:tcPr>
            <w:tcW w:w="1799" w:type="dxa"/>
          </w:tcPr>
          <w:p w14:paraId="4364322E" w14:textId="77777777" w:rsidR="00C9415C" w:rsidRDefault="00C9415C" w:rsidP="00C9415C">
            <w:pPr>
              <w:spacing w:line="360" w:lineRule="auto"/>
            </w:pPr>
          </w:p>
        </w:tc>
        <w:tc>
          <w:tcPr>
            <w:tcW w:w="1837" w:type="dxa"/>
          </w:tcPr>
          <w:p w14:paraId="75E5F73C" w14:textId="77777777" w:rsidR="00C9415C" w:rsidRDefault="00C9415C" w:rsidP="00C9415C">
            <w:pPr>
              <w:spacing w:line="360" w:lineRule="auto"/>
            </w:pPr>
          </w:p>
        </w:tc>
        <w:tc>
          <w:tcPr>
            <w:tcW w:w="1440" w:type="dxa"/>
          </w:tcPr>
          <w:p w14:paraId="124AA18D" w14:textId="77777777" w:rsidR="00C9415C" w:rsidRDefault="00C9415C" w:rsidP="00C9415C">
            <w:pPr>
              <w:spacing w:line="360" w:lineRule="auto"/>
            </w:pPr>
          </w:p>
        </w:tc>
      </w:tr>
    </w:tbl>
    <w:p w14:paraId="575D32B7" w14:textId="37680302" w:rsidR="00C9415C" w:rsidRDefault="00C9415C"/>
    <w:p w14:paraId="2C482B82" w14:textId="77777777" w:rsidR="006F50B1" w:rsidRDefault="006F50B1"/>
    <w:p w14:paraId="54F7F76A" w14:textId="0E4B136F" w:rsidR="00154219" w:rsidRPr="00C9415C" w:rsidRDefault="00CF3D1E" w:rsidP="00C9415C">
      <w:pPr>
        <w:jc w:val="both"/>
        <w:rPr>
          <w:b/>
          <w:bCs/>
        </w:rPr>
      </w:pPr>
      <w:r w:rsidRPr="00C9415C">
        <w:rPr>
          <w:b/>
          <w:bCs/>
        </w:rPr>
        <w:lastRenderedPageBreak/>
        <w:t>Copyright and Author Agreement</w:t>
      </w:r>
    </w:p>
    <w:p w14:paraId="47DB76E6" w14:textId="77777777" w:rsidR="00154219" w:rsidRDefault="00CF3D1E">
      <w:r>
        <w:t>By signing below, I/we agree to the following terms:</w:t>
      </w:r>
    </w:p>
    <w:p w14:paraId="6A9A9370" w14:textId="77777777" w:rsidR="00D26825" w:rsidRPr="00D26825" w:rsidRDefault="00D26825" w:rsidP="00D26825">
      <w:pPr>
        <w:pStyle w:val="NormalWeb"/>
        <w:shd w:val="clear" w:color="auto" w:fill="FFFFFF"/>
        <w:spacing w:before="0" w:beforeAutospacing="0"/>
        <w:jc w:val="both"/>
      </w:pPr>
      <w:r w:rsidRPr="00D26825">
        <w:rPr>
          <w:rStyle w:val="Strong"/>
          <w:b w:val="0"/>
          <w:bCs w:val="0"/>
        </w:rPr>
        <w:t>1.</w:t>
      </w:r>
      <w:r w:rsidRPr="00D26825">
        <w:t> The manuscript is entirely original and has not been published, posted, or submitted to any other journal.</w:t>
      </w:r>
    </w:p>
    <w:p w14:paraId="47172EFE" w14:textId="77777777" w:rsidR="00D26825" w:rsidRPr="00D26825" w:rsidRDefault="00D26825" w:rsidP="00D26825">
      <w:pPr>
        <w:pStyle w:val="NormalWeb"/>
        <w:shd w:val="clear" w:color="auto" w:fill="FFFFFF"/>
        <w:spacing w:before="0" w:beforeAutospacing="0"/>
        <w:jc w:val="both"/>
      </w:pPr>
      <w:r w:rsidRPr="00D26825">
        <w:rPr>
          <w:rStyle w:val="Strong"/>
          <w:b w:val="0"/>
          <w:bCs w:val="0"/>
        </w:rPr>
        <w:t>2.</w:t>
      </w:r>
      <w:r w:rsidRPr="00D26825">
        <w:t> Every co</w:t>
      </w:r>
      <w:r w:rsidRPr="00D26825">
        <w:noBreakHyphen/>
        <w:t>author has read the final version of the paper and gives their full approval.</w:t>
      </w:r>
    </w:p>
    <w:p w14:paraId="5F72910D" w14:textId="77777777" w:rsidR="00D26825" w:rsidRPr="00D26825" w:rsidRDefault="00D26825" w:rsidP="00D26825">
      <w:pPr>
        <w:pStyle w:val="NormalWeb"/>
        <w:shd w:val="clear" w:color="auto" w:fill="FFFFFF"/>
        <w:spacing w:before="0" w:beforeAutospacing="0"/>
        <w:jc w:val="both"/>
      </w:pPr>
      <w:r w:rsidRPr="00D26825">
        <w:rPr>
          <w:rStyle w:val="Strong"/>
          <w:b w:val="0"/>
          <w:bCs w:val="0"/>
        </w:rPr>
        <w:t>3.</w:t>
      </w:r>
      <w:r w:rsidRPr="00D26825">
        <w:t> The sequence of authors shown in the manuscript reflects the agreed</w:t>
      </w:r>
      <w:r w:rsidRPr="00D26825">
        <w:noBreakHyphen/>
        <w:t>upon and final author order.</w:t>
      </w:r>
    </w:p>
    <w:p w14:paraId="49338434" w14:textId="77777777" w:rsidR="00D26825" w:rsidRPr="00D26825" w:rsidRDefault="00D26825" w:rsidP="00D26825">
      <w:pPr>
        <w:pStyle w:val="NormalWeb"/>
        <w:shd w:val="clear" w:color="auto" w:fill="FFFFFF"/>
        <w:spacing w:before="0" w:beforeAutospacing="0"/>
        <w:jc w:val="both"/>
      </w:pPr>
      <w:r w:rsidRPr="00D26825">
        <w:rPr>
          <w:rStyle w:val="Strong"/>
          <w:b w:val="0"/>
          <w:bCs w:val="0"/>
        </w:rPr>
        <w:t>4.</w:t>
      </w:r>
      <w:r w:rsidRPr="00D26825">
        <w:t> The content of the article does not contain defamatory, illegal, or otherwise unlawful material.</w:t>
      </w:r>
    </w:p>
    <w:p w14:paraId="5863889E" w14:textId="77777777" w:rsidR="00D26825" w:rsidRPr="00D26825" w:rsidRDefault="00D26825" w:rsidP="00D26825">
      <w:pPr>
        <w:pStyle w:val="NormalWeb"/>
        <w:shd w:val="clear" w:color="auto" w:fill="FFFFFF"/>
        <w:spacing w:before="0" w:beforeAutospacing="0"/>
        <w:jc w:val="both"/>
      </w:pPr>
      <w:r w:rsidRPr="00D26825">
        <w:rPr>
          <w:rStyle w:val="Strong"/>
          <w:b w:val="0"/>
          <w:bCs w:val="0"/>
        </w:rPr>
        <w:t>5.</w:t>
      </w:r>
      <w:r w:rsidRPr="00D26825">
        <w:t> If the paper is based on a thesis or dissertation, all necessary permissions and clearances have been secured.</w:t>
      </w:r>
    </w:p>
    <w:p w14:paraId="7D7D0B68" w14:textId="77777777" w:rsidR="00D26825" w:rsidRPr="00D26825" w:rsidRDefault="00D26825" w:rsidP="00D26825">
      <w:pPr>
        <w:pStyle w:val="NormalWeb"/>
        <w:shd w:val="clear" w:color="auto" w:fill="FFFFFF"/>
        <w:spacing w:before="0" w:beforeAutospacing="0"/>
        <w:jc w:val="both"/>
      </w:pPr>
      <w:r w:rsidRPr="00D26825">
        <w:rPr>
          <w:rStyle w:val="Strong"/>
          <w:b w:val="0"/>
          <w:bCs w:val="0"/>
        </w:rPr>
        <w:t>6.</w:t>
      </w:r>
      <w:r w:rsidRPr="00D26825">
        <w:t> Upon acceptance, I/we consent to transfer the copyright of this work to </w:t>
      </w:r>
      <w:r w:rsidRPr="00D26825">
        <w:rPr>
          <w:rStyle w:val="Emphasis"/>
        </w:rPr>
        <w:t>Journal of Geo Research</w:t>
      </w:r>
      <w:r w:rsidRPr="00D26825">
        <w:t>.</w:t>
      </w:r>
    </w:p>
    <w:p w14:paraId="412B9835" w14:textId="77777777" w:rsidR="00D26825" w:rsidRPr="00D26825" w:rsidRDefault="00D26825" w:rsidP="00D26825">
      <w:pPr>
        <w:pStyle w:val="NormalWeb"/>
        <w:shd w:val="clear" w:color="auto" w:fill="FFFFFF"/>
        <w:spacing w:before="0" w:beforeAutospacing="0"/>
        <w:jc w:val="both"/>
      </w:pPr>
      <w:r w:rsidRPr="00D26825">
        <w:rPr>
          <w:rStyle w:val="Strong"/>
          <w:b w:val="0"/>
          <w:bCs w:val="0"/>
        </w:rPr>
        <w:t>7.</w:t>
      </w:r>
      <w:r w:rsidRPr="00D26825">
        <w:t> I/we will not withdraw the manuscript after it has been accepted unless a valid, documented reason exists; we acknowledge that withdrawal without justification may incur fees.</w:t>
      </w:r>
    </w:p>
    <w:p w14:paraId="407AF3CF" w14:textId="77777777" w:rsidR="00D26825" w:rsidRPr="00D26825" w:rsidRDefault="00D26825" w:rsidP="00D26825">
      <w:pPr>
        <w:pStyle w:val="NormalWeb"/>
        <w:shd w:val="clear" w:color="auto" w:fill="FFFFFF"/>
        <w:spacing w:before="0" w:beforeAutospacing="0"/>
        <w:jc w:val="both"/>
      </w:pPr>
      <w:r w:rsidRPr="00D26825">
        <w:rPr>
          <w:rStyle w:val="Strong"/>
          <w:b w:val="0"/>
          <w:bCs w:val="0"/>
        </w:rPr>
        <w:t>8.</w:t>
      </w:r>
      <w:r w:rsidRPr="00D26825">
        <w:t> To maximize the article’s reach, I/we will disseminate the published paper on scholarly platforms (e.g., ResearchGate, LinkedIn) and will include proper citation information.</w:t>
      </w:r>
    </w:p>
    <w:p w14:paraId="7B027B68" w14:textId="3EF721B4" w:rsidR="00154219" w:rsidRPr="006F50B1" w:rsidRDefault="00CF3D1E">
      <w:pPr>
        <w:rPr>
          <w:b/>
          <w:bCs/>
        </w:rPr>
      </w:pPr>
      <w:r w:rsidRPr="006F50B1">
        <w:rPr>
          <w:b/>
          <w:bCs/>
        </w:rPr>
        <w:t>Author(s) Signature(s):</w:t>
      </w:r>
    </w:p>
    <w:tbl>
      <w:tblPr>
        <w:tblStyle w:val="TableGrid"/>
        <w:tblW w:w="0" w:type="auto"/>
        <w:jc w:val="center"/>
        <w:tblLook w:val="04A0" w:firstRow="1" w:lastRow="0" w:firstColumn="1" w:lastColumn="0" w:noHBand="0" w:noVBand="1"/>
      </w:tblPr>
      <w:tblGrid>
        <w:gridCol w:w="1258"/>
        <w:gridCol w:w="4538"/>
        <w:gridCol w:w="2784"/>
      </w:tblGrid>
      <w:tr w:rsidR="00CF3D1E" w14:paraId="7B040655" w14:textId="77777777" w:rsidTr="006F50B1">
        <w:trPr>
          <w:trHeight w:val="713"/>
          <w:jc w:val="center"/>
        </w:trPr>
        <w:tc>
          <w:tcPr>
            <w:tcW w:w="1258" w:type="dxa"/>
          </w:tcPr>
          <w:p w14:paraId="44348CEB" w14:textId="051D09AF" w:rsidR="00CF3D1E" w:rsidRPr="00C9415C" w:rsidRDefault="00CF3D1E" w:rsidP="00C9415C">
            <w:pPr>
              <w:spacing w:line="360" w:lineRule="auto"/>
              <w:jc w:val="center"/>
              <w:rPr>
                <w:b/>
                <w:bCs/>
              </w:rPr>
            </w:pPr>
            <w:r w:rsidRPr="00C9415C">
              <w:rPr>
                <w:b/>
                <w:bCs/>
              </w:rPr>
              <w:t>Sl. No.</w:t>
            </w:r>
          </w:p>
        </w:tc>
        <w:tc>
          <w:tcPr>
            <w:tcW w:w="4538" w:type="dxa"/>
          </w:tcPr>
          <w:p w14:paraId="2F0EE498" w14:textId="4378AE0F" w:rsidR="00CF3D1E" w:rsidRPr="00C9415C" w:rsidRDefault="00CF3D1E" w:rsidP="00C9415C">
            <w:pPr>
              <w:spacing w:line="360" w:lineRule="auto"/>
              <w:jc w:val="center"/>
              <w:rPr>
                <w:b/>
                <w:bCs/>
              </w:rPr>
            </w:pPr>
            <w:r w:rsidRPr="00C9415C">
              <w:rPr>
                <w:b/>
                <w:bCs/>
              </w:rPr>
              <w:t>Name</w:t>
            </w:r>
          </w:p>
        </w:tc>
        <w:tc>
          <w:tcPr>
            <w:tcW w:w="2784" w:type="dxa"/>
          </w:tcPr>
          <w:p w14:paraId="69647129" w14:textId="3A977047" w:rsidR="00CF3D1E" w:rsidRPr="00C9415C" w:rsidRDefault="00CF3D1E" w:rsidP="00C9415C">
            <w:pPr>
              <w:spacing w:line="360" w:lineRule="auto"/>
              <w:jc w:val="center"/>
              <w:rPr>
                <w:b/>
                <w:bCs/>
              </w:rPr>
            </w:pPr>
            <w:r w:rsidRPr="00C9415C">
              <w:rPr>
                <w:b/>
                <w:bCs/>
              </w:rPr>
              <w:t>Signature</w:t>
            </w:r>
            <w:r>
              <w:rPr>
                <w:b/>
                <w:bCs/>
              </w:rPr>
              <w:t xml:space="preserve"> with date</w:t>
            </w:r>
          </w:p>
        </w:tc>
      </w:tr>
      <w:tr w:rsidR="00CF3D1E" w14:paraId="2E9E48A3" w14:textId="77777777" w:rsidTr="006F50B1">
        <w:trPr>
          <w:trHeight w:val="713"/>
          <w:jc w:val="center"/>
        </w:trPr>
        <w:tc>
          <w:tcPr>
            <w:tcW w:w="1258" w:type="dxa"/>
          </w:tcPr>
          <w:p w14:paraId="6473F259" w14:textId="37DE6138" w:rsidR="00CF3D1E" w:rsidRDefault="00CF3D1E" w:rsidP="00C9415C">
            <w:pPr>
              <w:spacing w:line="360" w:lineRule="auto"/>
            </w:pPr>
            <w:r>
              <w:t>1</w:t>
            </w:r>
          </w:p>
        </w:tc>
        <w:tc>
          <w:tcPr>
            <w:tcW w:w="4538" w:type="dxa"/>
          </w:tcPr>
          <w:p w14:paraId="4F2529C1" w14:textId="77777777" w:rsidR="00CF3D1E" w:rsidRDefault="00CF3D1E" w:rsidP="00C9415C">
            <w:pPr>
              <w:spacing w:line="360" w:lineRule="auto"/>
            </w:pPr>
          </w:p>
        </w:tc>
        <w:tc>
          <w:tcPr>
            <w:tcW w:w="2784" w:type="dxa"/>
          </w:tcPr>
          <w:p w14:paraId="5FBFC0C1" w14:textId="77777777" w:rsidR="00CF3D1E" w:rsidRDefault="00CF3D1E" w:rsidP="00C9415C">
            <w:pPr>
              <w:spacing w:line="360" w:lineRule="auto"/>
            </w:pPr>
          </w:p>
        </w:tc>
      </w:tr>
      <w:tr w:rsidR="00CF3D1E" w14:paraId="3B3C100C" w14:textId="77777777" w:rsidTr="006F50B1">
        <w:trPr>
          <w:trHeight w:val="713"/>
          <w:jc w:val="center"/>
        </w:trPr>
        <w:tc>
          <w:tcPr>
            <w:tcW w:w="1258" w:type="dxa"/>
          </w:tcPr>
          <w:p w14:paraId="09555D60" w14:textId="69447B08" w:rsidR="00CF3D1E" w:rsidRDefault="00CF3D1E" w:rsidP="00C9415C">
            <w:pPr>
              <w:spacing w:line="360" w:lineRule="auto"/>
            </w:pPr>
            <w:r>
              <w:t>2</w:t>
            </w:r>
          </w:p>
        </w:tc>
        <w:tc>
          <w:tcPr>
            <w:tcW w:w="4538" w:type="dxa"/>
          </w:tcPr>
          <w:p w14:paraId="2AEBDC48" w14:textId="77777777" w:rsidR="00CF3D1E" w:rsidRDefault="00CF3D1E" w:rsidP="00C9415C">
            <w:pPr>
              <w:spacing w:line="360" w:lineRule="auto"/>
            </w:pPr>
          </w:p>
        </w:tc>
        <w:tc>
          <w:tcPr>
            <w:tcW w:w="2784" w:type="dxa"/>
          </w:tcPr>
          <w:p w14:paraId="356E76AC" w14:textId="77777777" w:rsidR="00CF3D1E" w:rsidRDefault="00CF3D1E" w:rsidP="00C9415C">
            <w:pPr>
              <w:spacing w:line="360" w:lineRule="auto"/>
            </w:pPr>
          </w:p>
        </w:tc>
      </w:tr>
      <w:tr w:rsidR="00CF3D1E" w14:paraId="163F5E51" w14:textId="77777777" w:rsidTr="006F50B1">
        <w:trPr>
          <w:trHeight w:val="696"/>
          <w:jc w:val="center"/>
        </w:trPr>
        <w:tc>
          <w:tcPr>
            <w:tcW w:w="1258" w:type="dxa"/>
          </w:tcPr>
          <w:p w14:paraId="0A405F0D" w14:textId="0330CC02" w:rsidR="00CF3D1E" w:rsidRDefault="00CF3D1E" w:rsidP="00C9415C">
            <w:pPr>
              <w:spacing w:line="360" w:lineRule="auto"/>
            </w:pPr>
            <w:r>
              <w:t>3</w:t>
            </w:r>
          </w:p>
        </w:tc>
        <w:tc>
          <w:tcPr>
            <w:tcW w:w="4538" w:type="dxa"/>
          </w:tcPr>
          <w:p w14:paraId="628B1C29" w14:textId="77777777" w:rsidR="00CF3D1E" w:rsidRDefault="00CF3D1E" w:rsidP="00C9415C">
            <w:pPr>
              <w:spacing w:line="360" w:lineRule="auto"/>
            </w:pPr>
          </w:p>
        </w:tc>
        <w:tc>
          <w:tcPr>
            <w:tcW w:w="2784" w:type="dxa"/>
          </w:tcPr>
          <w:p w14:paraId="0DC431B5" w14:textId="77777777" w:rsidR="00CF3D1E" w:rsidRDefault="00CF3D1E" w:rsidP="00C9415C">
            <w:pPr>
              <w:spacing w:line="360" w:lineRule="auto"/>
            </w:pPr>
          </w:p>
        </w:tc>
      </w:tr>
      <w:tr w:rsidR="00CF3D1E" w14:paraId="42E984AD" w14:textId="77777777" w:rsidTr="006F50B1">
        <w:trPr>
          <w:trHeight w:val="713"/>
          <w:jc w:val="center"/>
        </w:trPr>
        <w:tc>
          <w:tcPr>
            <w:tcW w:w="1258" w:type="dxa"/>
          </w:tcPr>
          <w:p w14:paraId="18121422" w14:textId="020F2400" w:rsidR="00CF3D1E" w:rsidRDefault="00CF3D1E" w:rsidP="00C9415C">
            <w:pPr>
              <w:spacing w:line="360" w:lineRule="auto"/>
            </w:pPr>
            <w:r>
              <w:t>4</w:t>
            </w:r>
          </w:p>
        </w:tc>
        <w:tc>
          <w:tcPr>
            <w:tcW w:w="4538" w:type="dxa"/>
          </w:tcPr>
          <w:p w14:paraId="089B1381" w14:textId="77777777" w:rsidR="00CF3D1E" w:rsidRDefault="00CF3D1E" w:rsidP="00C9415C">
            <w:pPr>
              <w:spacing w:line="360" w:lineRule="auto"/>
            </w:pPr>
          </w:p>
        </w:tc>
        <w:tc>
          <w:tcPr>
            <w:tcW w:w="2784" w:type="dxa"/>
          </w:tcPr>
          <w:p w14:paraId="4047E35A" w14:textId="77777777" w:rsidR="00CF3D1E" w:rsidRDefault="00CF3D1E" w:rsidP="00C9415C">
            <w:pPr>
              <w:spacing w:line="360" w:lineRule="auto"/>
            </w:pPr>
          </w:p>
        </w:tc>
      </w:tr>
      <w:tr w:rsidR="00CF3D1E" w14:paraId="036694DA" w14:textId="77777777" w:rsidTr="006F50B1">
        <w:trPr>
          <w:trHeight w:val="713"/>
          <w:jc w:val="center"/>
        </w:trPr>
        <w:tc>
          <w:tcPr>
            <w:tcW w:w="1258" w:type="dxa"/>
          </w:tcPr>
          <w:p w14:paraId="1393BFDC" w14:textId="19E4BB1E" w:rsidR="00CF3D1E" w:rsidRDefault="00CF3D1E" w:rsidP="00C9415C">
            <w:pPr>
              <w:spacing w:line="360" w:lineRule="auto"/>
            </w:pPr>
            <w:r>
              <w:t>5</w:t>
            </w:r>
          </w:p>
        </w:tc>
        <w:tc>
          <w:tcPr>
            <w:tcW w:w="4538" w:type="dxa"/>
          </w:tcPr>
          <w:p w14:paraId="26341AB0" w14:textId="77777777" w:rsidR="00CF3D1E" w:rsidRDefault="00CF3D1E" w:rsidP="00C9415C">
            <w:pPr>
              <w:spacing w:line="360" w:lineRule="auto"/>
            </w:pPr>
          </w:p>
        </w:tc>
        <w:tc>
          <w:tcPr>
            <w:tcW w:w="2784" w:type="dxa"/>
          </w:tcPr>
          <w:p w14:paraId="37F09B85" w14:textId="77777777" w:rsidR="00CF3D1E" w:rsidRDefault="00CF3D1E" w:rsidP="00C9415C">
            <w:pPr>
              <w:spacing w:line="360" w:lineRule="auto"/>
            </w:pPr>
          </w:p>
        </w:tc>
      </w:tr>
    </w:tbl>
    <w:p w14:paraId="2A800193" w14:textId="34E842E2" w:rsidR="00154219" w:rsidRDefault="00154219" w:rsidP="00C9415C">
      <w:bookmarkStart w:id="0" w:name="_GoBack"/>
      <w:bookmarkEnd w:id="0"/>
    </w:p>
    <w:sectPr w:rsidR="00154219" w:rsidSect="00034616">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E09ED8" w14:textId="77777777" w:rsidR="00BB5AB2" w:rsidRDefault="00BB5AB2" w:rsidP="006F50B1">
      <w:pPr>
        <w:spacing w:after="0" w:line="240" w:lineRule="auto"/>
      </w:pPr>
      <w:r>
        <w:separator/>
      </w:r>
    </w:p>
  </w:endnote>
  <w:endnote w:type="continuationSeparator" w:id="0">
    <w:p w14:paraId="313387B4" w14:textId="77777777" w:rsidR="00BB5AB2" w:rsidRDefault="00BB5AB2" w:rsidP="006F50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0387032"/>
      <w:docPartObj>
        <w:docPartGallery w:val="Page Numbers (Bottom of Page)"/>
        <w:docPartUnique/>
      </w:docPartObj>
    </w:sdtPr>
    <w:sdtContent>
      <w:sdt>
        <w:sdtPr>
          <w:id w:val="-1769616900"/>
          <w:docPartObj>
            <w:docPartGallery w:val="Page Numbers (Top of Page)"/>
            <w:docPartUnique/>
          </w:docPartObj>
        </w:sdtPr>
        <w:sdtContent>
          <w:p w14:paraId="271CB7B2" w14:textId="43D933A5" w:rsidR="006F50B1" w:rsidRDefault="006F50B1">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2E27A004" w14:textId="77777777" w:rsidR="006F50B1" w:rsidRDefault="006F50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9B2ED6" w14:textId="77777777" w:rsidR="00BB5AB2" w:rsidRDefault="00BB5AB2" w:rsidP="006F50B1">
      <w:pPr>
        <w:spacing w:after="0" w:line="240" w:lineRule="auto"/>
      </w:pPr>
      <w:r>
        <w:separator/>
      </w:r>
    </w:p>
  </w:footnote>
  <w:footnote w:type="continuationSeparator" w:id="0">
    <w:p w14:paraId="0B01FDE8" w14:textId="77777777" w:rsidR="00BB5AB2" w:rsidRDefault="00BB5AB2" w:rsidP="006F50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1F47317"/>
    <w:multiLevelType w:val="hybridMultilevel"/>
    <w:tmpl w:val="F9BC3E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54219"/>
    <w:rsid w:val="0029639D"/>
    <w:rsid w:val="00326F90"/>
    <w:rsid w:val="006F50B1"/>
    <w:rsid w:val="00AA1D8D"/>
    <w:rsid w:val="00B47730"/>
    <w:rsid w:val="00BB5AB2"/>
    <w:rsid w:val="00C9415C"/>
    <w:rsid w:val="00CB0664"/>
    <w:rsid w:val="00CF3D1E"/>
    <w:rsid w:val="00D2682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93EDA6B8-0667-4CE4-8B46-925F0A8C3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D26825"/>
    <w:pPr>
      <w:spacing w:before="100" w:beforeAutospacing="1" w:after="100" w:afterAutospacing="1" w:line="240" w:lineRule="auto"/>
    </w:pPr>
    <w:rPr>
      <w:rFonts w:eastAsia="Times New Roman" w:cs="Times New Roman"/>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237841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A8F0F5-8782-4BD5-84CF-400B53931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302</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lenovo</cp:lastModifiedBy>
  <cp:revision>5</cp:revision>
  <dcterms:created xsi:type="dcterms:W3CDTF">2013-12-23T23:15:00Z</dcterms:created>
  <dcterms:modified xsi:type="dcterms:W3CDTF">2025-12-29T06:27:00Z</dcterms:modified>
  <cp:category/>
</cp:coreProperties>
</file>