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15BB19" w14:textId="6A54F15C" w:rsidR="00AA585F" w:rsidRDefault="000A75A8" w:rsidP="000A75A8">
      <w:pPr>
        <w:pStyle w:val="Heading1"/>
        <w:jc w:val="center"/>
        <w:rPr>
          <w:rFonts w:ascii="Bookman Old Style" w:hAnsi="Bookman Old Style"/>
          <w:color w:val="auto"/>
        </w:rPr>
      </w:pPr>
      <w:r w:rsidRPr="000A75A8">
        <w:rPr>
          <w:rFonts w:ascii="Bookman Old Style" w:hAnsi="Bookman Old Style"/>
          <w:color w:val="auto"/>
        </w:rPr>
        <w:t>Author Declaration Form</w:t>
      </w:r>
    </w:p>
    <w:p w14:paraId="57BC4A1C" w14:textId="77777777" w:rsidR="000A75A8" w:rsidRPr="000A75A8" w:rsidRDefault="000A75A8" w:rsidP="000A75A8"/>
    <w:p w14:paraId="15B76E13" w14:textId="77777777" w:rsidR="00AA585F" w:rsidRDefault="000A75A8">
      <w:r>
        <w:t>Manuscript Title: _________________________________________________</w:t>
      </w:r>
    </w:p>
    <w:p w14:paraId="39068706" w14:textId="62AAE816" w:rsidR="00AA585F" w:rsidRDefault="000A75A8">
      <w:r>
        <w:t xml:space="preserve">Submitted to: </w:t>
      </w:r>
      <w:r w:rsidRPr="000A75A8">
        <w:rPr>
          <w:b/>
          <w:bCs/>
          <w:i/>
          <w:iCs/>
        </w:rPr>
        <w:t>Journal of Geo Research</w:t>
      </w:r>
    </w:p>
    <w:p w14:paraId="4A76CCE4" w14:textId="77777777" w:rsidR="00AA585F" w:rsidRDefault="000A75A8">
      <w:r>
        <w:t>Corresponding Author Name: ______________________________________</w:t>
      </w:r>
    </w:p>
    <w:p w14:paraId="4A9F2D41" w14:textId="77777777" w:rsidR="00AA585F" w:rsidRDefault="000A75A8">
      <w:r>
        <w:t>Corresponding Author Email: ______________________________________</w:t>
      </w:r>
    </w:p>
    <w:p w14:paraId="5797FC11" w14:textId="77777777" w:rsidR="00AA585F" w:rsidRDefault="000A75A8">
      <w:r>
        <w:br/>
        <w:t>We, the undersigned authors, hereby declare that:</w:t>
      </w:r>
    </w:p>
    <w:p w14:paraId="67CE2D2B" w14:textId="77777777" w:rsidR="000A75A8" w:rsidRPr="000A75A8" w:rsidRDefault="000A75A8" w:rsidP="000A75A8">
      <w:pPr>
        <w:pStyle w:val="NormalWeb"/>
        <w:shd w:val="clear" w:color="auto" w:fill="FFFFFF"/>
        <w:spacing w:before="0" w:beforeAutospacing="0"/>
        <w:jc w:val="both"/>
      </w:pPr>
      <w:r w:rsidRPr="000A75A8">
        <w:rPr>
          <w:rStyle w:val="Strong"/>
          <w:b w:val="0"/>
          <w:bCs w:val="0"/>
        </w:rPr>
        <w:t>1.</w:t>
      </w:r>
      <w:r w:rsidRPr="000A75A8">
        <w:t> This manuscript is entirely original, has never been published, and is not under review by any other journal.</w:t>
      </w:r>
    </w:p>
    <w:p w14:paraId="6BA7C02E" w14:textId="77777777" w:rsidR="000A75A8" w:rsidRPr="000A75A8" w:rsidRDefault="000A75A8" w:rsidP="000A75A8">
      <w:pPr>
        <w:pStyle w:val="NormalWeb"/>
        <w:shd w:val="clear" w:color="auto" w:fill="FFFFFF"/>
        <w:spacing w:before="0" w:beforeAutospacing="0"/>
        <w:jc w:val="both"/>
      </w:pPr>
      <w:r w:rsidRPr="000A75A8">
        <w:rPr>
          <w:rStyle w:val="Strong"/>
          <w:b w:val="0"/>
          <w:bCs w:val="0"/>
        </w:rPr>
        <w:t>2.</w:t>
      </w:r>
      <w:r w:rsidRPr="000A75A8">
        <w:t> Every listed author has made a substantial contribution, endorses the content, and consents to the submission.</w:t>
      </w:r>
    </w:p>
    <w:p w14:paraId="1D84A4B1" w14:textId="77777777" w:rsidR="000A75A8" w:rsidRPr="000A75A8" w:rsidRDefault="000A75A8" w:rsidP="000A75A8">
      <w:pPr>
        <w:pStyle w:val="NormalWeb"/>
        <w:shd w:val="clear" w:color="auto" w:fill="FFFFFF"/>
        <w:spacing w:before="0" w:beforeAutospacing="0"/>
        <w:jc w:val="both"/>
      </w:pPr>
      <w:r w:rsidRPr="000A75A8">
        <w:rPr>
          <w:rStyle w:val="Strong"/>
          <w:b w:val="0"/>
          <w:bCs w:val="0"/>
        </w:rPr>
        <w:t>3.</w:t>
      </w:r>
      <w:r w:rsidRPr="000A75A8">
        <w:t> No conflicts of interest exist concerning this work; if any potential conflicts arise, they have been fully disclosed.</w:t>
      </w:r>
    </w:p>
    <w:p w14:paraId="04AED712" w14:textId="77777777" w:rsidR="000A75A8" w:rsidRPr="000A75A8" w:rsidRDefault="000A75A8" w:rsidP="000A75A8">
      <w:pPr>
        <w:pStyle w:val="NormalWeb"/>
        <w:shd w:val="clear" w:color="auto" w:fill="FFFFFF"/>
        <w:spacing w:before="0" w:beforeAutospacing="0"/>
        <w:jc w:val="both"/>
      </w:pPr>
      <w:r w:rsidRPr="000A75A8">
        <w:rPr>
          <w:rStyle w:val="Strong"/>
          <w:b w:val="0"/>
          <w:bCs w:val="0"/>
        </w:rPr>
        <w:t>4.</w:t>
      </w:r>
      <w:r w:rsidRPr="000A75A8">
        <w:t> All external data, figures, or materials are properly cited and acknowledged.</w:t>
      </w:r>
    </w:p>
    <w:p w14:paraId="427D8CEE" w14:textId="77777777" w:rsidR="000A75A8" w:rsidRPr="000A75A8" w:rsidRDefault="000A75A8" w:rsidP="000A75A8">
      <w:pPr>
        <w:pStyle w:val="NormalWeb"/>
        <w:shd w:val="clear" w:color="auto" w:fill="FFFFFF"/>
        <w:spacing w:before="0" w:beforeAutospacing="0"/>
        <w:jc w:val="both"/>
      </w:pPr>
      <w:r w:rsidRPr="000A75A8">
        <w:rPr>
          <w:rStyle w:val="Strong"/>
          <w:b w:val="0"/>
          <w:bCs w:val="0"/>
        </w:rPr>
        <w:t>5.</w:t>
      </w:r>
      <w:r w:rsidRPr="000A75A8">
        <w:t> Research involving human subjects or animal subjects has received the appropriate ethical clearances, which are documented herein.</w:t>
      </w:r>
    </w:p>
    <w:p w14:paraId="6594538F" w14:textId="21B0B339" w:rsidR="000A75A8" w:rsidRPr="000A75A8" w:rsidRDefault="000A75A8" w:rsidP="000A75A8">
      <w:pPr>
        <w:pStyle w:val="NormalWeb"/>
        <w:shd w:val="clear" w:color="auto" w:fill="FFFFFF"/>
        <w:spacing w:before="0" w:beforeAutospacing="0"/>
        <w:jc w:val="both"/>
      </w:pPr>
      <w:r w:rsidRPr="000A75A8">
        <w:rPr>
          <w:rStyle w:val="Strong"/>
          <w:b w:val="0"/>
          <w:bCs w:val="0"/>
        </w:rPr>
        <w:t>6.</w:t>
      </w:r>
      <w:r w:rsidRPr="000A75A8">
        <w:t xml:space="preserve"> Upon acceptance, we will comply with all relevant copyright and licensing </w:t>
      </w:r>
      <w:r w:rsidRPr="000A75A8">
        <w:rPr>
          <w:shd w:val="clear" w:color="auto" w:fill="FFFFFF"/>
        </w:rPr>
        <w:t>obligations.</w:t>
      </w:r>
    </w:p>
    <w:p w14:paraId="2D1B45E0" w14:textId="33E6B5A3" w:rsidR="00AA585F" w:rsidRDefault="000A75A8">
      <w:r>
        <w:br/>
        <w:t>Author Signatures: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87"/>
        <w:gridCol w:w="4931"/>
        <w:gridCol w:w="2250"/>
      </w:tblGrid>
      <w:tr w:rsidR="000A75A8" w14:paraId="4A13F9C9" w14:textId="77777777" w:rsidTr="0082528F">
        <w:trPr>
          <w:trHeight w:val="578"/>
          <w:jc w:val="center"/>
        </w:trPr>
        <w:tc>
          <w:tcPr>
            <w:tcW w:w="1187" w:type="dxa"/>
          </w:tcPr>
          <w:p w14:paraId="1E61B8D7" w14:textId="77777777" w:rsidR="000A75A8" w:rsidRPr="00C9415C" w:rsidRDefault="000A75A8" w:rsidP="009E1332">
            <w:pPr>
              <w:spacing w:line="360" w:lineRule="auto"/>
              <w:jc w:val="center"/>
              <w:rPr>
                <w:b/>
                <w:bCs/>
              </w:rPr>
            </w:pPr>
            <w:bookmarkStart w:id="0" w:name="_GoBack"/>
            <w:bookmarkEnd w:id="0"/>
            <w:r w:rsidRPr="00C9415C">
              <w:rPr>
                <w:b/>
                <w:bCs/>
              </w:rPr>
              <w:t>Sl. No.</w:t>
            </w:r>
          </w:p>
        </w:tc>
        <w:tc>
          <w:tcPr>
            <w:tcW w:w="4931" w:type="dxa"/>
          </w:tcPr>
          <w:p w14:paraId="25FCC502" w14:textId="77777777" w:rsidR="000A75A8" w:rsidRPr="00C9415C" w:rsidRDefault="000A75A8" w:rsidP="009E1332">
            <w:pPr>
              <w:spacing w:line="360" w:lineRule="auto"/>
              <w:jc w:val="center"/>
              <w:rPr>
                <w:b/>
                <w:bCs/>
              </w:rPr>
            </w:pPr>
            <w:r w:rsidRPr="00C9415C">
              <w:rPr>
                <w:b/>
                <w:bCs/>
              </w:rPr>
              <w:t>Name</w:t>
            </w:r>
          </w:p>
        </w:tc>
        <w:tc>
          <w:tcPr>
            <w:tcW w:w="2250" w:type="dxa"/>
          </w:tcPr>
          <w:p w14:paraId="6D1E9A57" w14:textId="77777777" w:rsidR="000A75A8" w:rsidRPr="00C9415C" w:rsidRDefault="000A75A8" w:rsidP="009E1332">
            <w:pPr>
              <w:spacing w:line="360" w:lineRule="auto"/>
              <w:jc w:val="center"/>
              <w:rPr>
                <w:b/>
                <w:bCs/>
              </w:rPr>
            </w:pPr>
            <w:r w:rsidRPr="00C9415C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 with date</w:t>
            </w:r>
          </w:p>
        </w:tc>
      </w:tr>
      <w:tr w:rsidR="000A75A8" w14:paraId="3B643479" w14:textId="77777777" w:rsidTr="0082528F">
        <w:trPr>
          <w:trHeight w:val="578"/>
          <w:jc w:val="center"/>
        </w:trPr>
        <w:tc>
          <w:tcPr>
            <w:tcW w:w="1187" w:type="dxa"/>
          </w:tcPr>
          <w:p w14:paraId="7B62695C" w14:textId="77777777" w:rsidR="000A75A8" w:rsidRDefault="000A75A8" w:rsidP="009E1332">
            <w:pPr>
              <w:spacing w:line="360" w:lineRule="auto"/>
            </w:pPr>
            <w:r>
              <w:t>1</w:t>
            </w:r>
          </w:p>
        </w:tc>
        <w:tc>
          <w:tcPr>
            <w:tcW w:w="4931" w:type="dxa"/>
          </w:tcPr>
          <w:p w14:paraId="0970EA5B" w14:textId="77777777" w:rsidR="000A75A8" w:rsidRDefault="000A75A8" w:rsidP="009E1332">
            <w:pPr>
              <w:spacing w:line="360" w:lineRule="auto"/>
            </w:pPr>
          </w:p>
        </w:tc>
        <w:tc>
          <w:tcPr>
            <w:tcW w:w="2250" w:type="dxa"/>
          </w:tcPr>
          <w:p w14:paraId="4BDB6951" w14:textId="77777777" w:rsidR="000A75A8" w:rsidRDefault="000A75A8" w:rsidP="009E1332">
            <w:pPr>
              <w:spacing w:line="360" w:lineRule="auto"/>
            </w:pPr>
          </w:p>
        </w:tc>
      </w:tr>
      <w:tr w:rsidR="000A75A8" w14:paraId="7C0A12F3" w14:textId="77777777" w:rsidTr="0082528F">
        <w:trPr>
          <w:trHeight w:val="578"/>
          <w:jc w:val="center"/>
        </w:trPr>
        <w:tc>
          <w:tcPr>
            <w:tcW w:w="1187" w:type="dxa"/>
          </w:tcPr>
          <w:p w14:paraId="0E3DDCF4" w14:textId="77777777" w:rsidR="000A75A8" w:rsidRDefault="000A75A8" w:rsidP="009E1332">
            <w:pPr>
              <w:spacing w:line="360" w:lineRule="auto"/>
            </w:pPr>
            <w:r>
              <w:t>2</w:t>
            </w:r>
          </w:p>
        </w:tc>
        <w:tc>
          <w:tcPr>
            <w:tcW w:w="4931" w:type="dxa"/>
          </w:tcPr>
          <w:p w14:paraId="76522BB1" w14:textId="77777777" w:rsidR="000A75A8" w:rsidRDefault="000A75A8" w:rsidP="009E1332">
            <w:pPr>
              <w:spacing w:line="360" w:lineRule="auto"/>
            </w:pPr>
          </w:p>
        </w:tc>
        <w:tc>
          <w:tcPr>
            <w:tcW w:w="2250" w:type="dxa"/>
          </w:tcPr>
          <w:p w14:paraId="49632833" w14:textId="77777777" w:rsidR="000A75A8" w:rsidRDefault="000A75A8" w:rsidP="009E1332">
            <w:pPr>
              <w:spacing w:line="360" w:lineRule="auto"/>
            </w:pPr>
          </w:p>
        </w:tc>
      </w:tr>
      <w:tr w:rsidR="000A75A8" w14:paraId="6DED7D36" w14:textId="77777777" w:rsidTr="0082528F">
        <w:trPr>
          <w:trHeight w:val="564"/>
          <w:jc w:val="center"/>
        </w:trPr>
        <w:tc>
          <w:tcPr>
            <w:tcW w:w="1187" w:type="dxa"/>
          </w:tcPr>
          <w:p w14:paraId="29860018" w14:textId="77777777" w:rsidR="000A75A8" w:rsidRDefault="000A75A8" w:rsidP="009E1332">
            <w:pPr>
              <w:spacing w:line="360" w:lineRule="auto"/>
            </w:pPr>
            <w:r>
              <w:t>3</w:t>
            </w:r>
          </w:p>
        </w:tc>
        <w:tc>
          <w:tcPr>
            <w:tcW w:w="4931" w:type="dxa"/>
          </w:tcPr>
          <w:p w14:paraId="14BE7076" w14:textId="77777777" w:rsidR="000A75A8" w:rsidRDefault="000A75A8" w:rsidP="009E1332">
            <w:pPr>
              <w:spacing w:line="360" w:lineRule="auto"/>
            </w:pPr>
          </w:p>
        </w:tc>
        <w:tc>
          <w:tcPr>
            <w:tcW w:w="2250" w:type="dxa"/>
          </w:tcPr>
          <w:p w14:paraId="68ED2D3D" w14:textId="77777777" w:rsidR="000A75A8" w:rsidRDefault="000A75A8" w:rsidP="009E1332">
            <w:pPr>
              <w:spacing w:line="360" w:lineRule="auto"/>
            </w:pPr>
          </w:p>
        </w:tc>
      </w:tr>
      <w:tr w:rsidR="000A75A8" w14:paraId="71866408" w14:textId="77777777" w:rsidTr="0082528F">
        <w:trPr>
          <w:trHeight w:val="578"/>
          <w:jc w:val="center"/>
        </w:trPr>
        <w:tc>
          <w:tcPr>
            <w:tcW w:w="1187" w:type="dxa"/>
          </w:tcPr>
          <w:p w14:paraId="4AE96AB7" w14:textId="77777777" w:rsidR="000A75A8" w:rsidRDefault="000A75A8" w:rsidP="009E1332">
            <w:pPr>
              <w:spacing w:line="360" w:lineRule="auto"/>
            </w:pPr>
            <w:r>
              <w:t>4</w:t>
            </w:r>
          </w:p>
        </w:tc>
        <w:tc>
          <w:tcPr>
            <w:tcW w:w="4931" w:type="dxa"/>
          </w:tcPr>
          <w:p w14:paraId="77AFD01C" w14:textId="77777777" w:rsidR="000A75A8" w:rsidRDefault="000A75A8" w:rsidP="009E1332">
            <w:pPr>
              <w:spacing w:line="360" w:lineRule="auto"/>
            </w:pPr>
          </w:p>
        </w:tc>
        <w:tc>
          <w:tcPr>
            <w:tcW w:w="2250" w:type="dxa"/>
          </w:tcPr>
          <w:p w14:paraId="2ECFB603" w14:textId="77777777" w:rsidR="000A75A8" w:rsidRDefault="000A75A8" w:rsidP="009E1332">
            <w:pPr>
              <w:spacing w:line="360" w:lineRule="auto"/>
            </w:pPr>
          </w:p>
        </w:tc>
      </w:tr>
      <w:tr w:rsidR="000A75A8" w14:paraId="0396CAD7" w14:textId="77777777" w:rsidTr="0082528F">
        <w:trPr>
          <w:trHeight w:val="578"/>
          <w:jc w:val="center"/>
        </w:trPr>
        <w:tc>
          <w:tcPr>
            <w:tcW w:w="1187" w:type="dxa"/>
          </w:tcPr>
          <w:p w14:paraId="4BB88A08" w14:textId="77777777" w:rsidR="000A75A8" w:rsidRDefault="000A75A8" w:rsidP="009E1332">
            <w:pPr>
              <w:spacing w:line="360" w:lineRule="auto"/>
            </w:pPr>
            <w:r>
              <w:lastRenderedPageBreak/>
              <w:t>5</w:t>
            </w:r>
          </w:p>
        </w:tc>
        <w:tc>
          <w:tcPr>
            <w:tcW w:w="4931" w:type="dxa"/>
          </w:tcPr>
          <w:p w14:paraId="019429F4" w14:textId="77777777" w:rsidR="000A75A8" w:rsidRDefault="000A75A8" w:rsidP="009E1332">
            <w:pPr>
              <w:spacing w:line="360" w:lineRule="auto"/>
            </w:pPr>
          </w:p>
        </w:tc>
        <w:tc>
          <w:tcPr>
            <w:tcW w:w="2250" w:type="dxa"/>
          </w:tcPr>
          <w:p w14:paraId="2C1A2F56" w14:textId="77777777" w:rsidR="000A75A8" w:rsidRDefault="000A75A8" w:rsidP="009E1332">
            <w:pPr>
              <w:spacing w:line="360" w:lineRule="auto"/>
            </w:pPr>
          </w:p>
        </w:tc>
      </w:tr>
    </w:tbl>
    <w:p w14:paraId="5B772F33" w14:textId="2B954614" w:rsidR="00AA585F" w:rsidRDefault="00AA585F" w:rsidP="000A75A8"/>
    <w:sectPr w:rsidR="00AA585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A75A8"/>
    <w:rsid w:val="0015074B"/>
    <w:rsid w:val="00207BB2"/>
    <w:rsid w:val="0029639D"/>
    <w:rsid w:val="00326F90"/>
    <w:rsid w:val="0082528F"/>
    <w:rsid w:val="00AA1D8D"/>
    <w:rsid w:val="00AA585F"/>
    <w:rsid w:val="00B47730"/>
    <w:rsid w:val="00CB0664"/>
    <w:rsid w:val="00CE064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C285AF"/>
  <w14:defaultImageDpi w14:val="300"/>
  <w15:docId w15:val="{22E0A176-8389-4E3F-A150-DC32E2280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0A75A8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543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7777B2C-554E-40B4-AFB4-FE5F171F3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lenovo</cp:lastModifiedBy>
  <cp:revision>4</cp:revision>
  <dcterms:created xsi:type="dcterms:W3CDTF">2013-12-23T23:15:00Z</dcterms:created>
  <dcterms:modified xsi:type="dcterms:W3CDTF">2025-12-29T06:26:00Z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9154dbc5-8e6a-4b9e-a69e-353160327fd5</vt:lpwstr>
  </property>
</Properties>
</file>